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A999B4" w14:textId="77777777" w:rsidR="000166F5" w:rsidRDefault="00000000">
      <w:pPr>
        <w:jc w:val="center"/>
      </w:pPr>
      <w:r>
        <w:rPr>
          <w:b/>
        </w:rPr>
        <w:t>ALLEGATO C ALLA DETERMINA A CONTRARRE</w:t>
      </w:r>
    </w:p>
    <w:p w14:paraId="027A4684" w14:textId="77777777" w:rsidR="000166F5" w:rsidRDefault="00000000">
      <w:r>
        <w:t>Alla</w:t>
      </w:r>
    </w:p>
    <w:p w14:paraId="27EFEB4E" w14:textId="77777777" w:rsidR="000166F5" w:rsidRDefault="00000000">
      <w:r>
        <w:rPr>
          <w:b/>
        </w:rPr>
        <w:t>COMUNITÀ MONTANA DI VALLE TROMPIA</w:t>
      </w:r>
    </w:p>
    <w:p w14:paraId="3A22CF67" w14:textId="77777777" w:rsidR="000166F5" w:rsidRDefault="00000000">
      <w:r>
        <w:t>Via G. Matteotti, 327</w:t>
      </w:r>
    </w:p>
    <w:p w14:paraId="647B7882" w14:textId="77777777" w:rsidR="000166F5" w:rsidRDefault="00000000">
      <w:r>
        <w:t>25063 – Gardone Val Trompia (BS)</w:t>
      </w:r>
    </w:p>
    <w:p w14:paraId="6FCB081D" w14:textId="77777777" w:rsidR="000166F5" w:rsidRDefault="000166F5">
      <w:pPr>
        <w:jc w:val="both"/>
      </w:pPr>
    </w:p>
    <w:p w14:paraId="5B032829" w14:textId="77777777" w:rsidR="000166F5" w:rsidRDefault="00000000">
      <w:pPr>
        <w:jc w:val="both"/>
      </w:pPr>
      <w:r>
        <w:rPr>
          <w:b/>
        </w:rPr>
        <w:t>Oggetto: OFFERTA PER IL SERVIZIO DI ASSISTENZA TECNICA PER L’ATTUAZIONE DELLA STRATEGIA D’AREA – INTERVENTO N. 24 DELLA STRATEGIA D’AREA VALTROMPIA “VERSO UN’ECOLOGIA DELLA VALLE” – STRATEGIA REGIONALE AREE INTERNE “AGENDA DEL CONTROESODO” 2021-2027 – AFFIDAMENTO IN HOUSE AI SENSI DELL’ART. 7, COMMA 2, DEL D.LGS. N. 36/2023.</w:t>
      </w:r>
    </w:p>
    <w:p w14:paraId="23288ED4" w14:textId="77777777" w:rsidR="000166F5" w:rsidRDefault="00000000">
      <w:pPr>
        <w:jc w:val="both"/>
      </w:pPr>
      <w:r>
        <w:rPr>
          <w:b/>
        </w:rPr>
        <w:t>CUP: C99I26000740003</w:t>
      </w:r>
    </w:p>
    <w:p w14:paraId="65FC1E00" w14:textId="77777777" w:rsidR="000166F5" w:rsidRDefault="00000000">
      <w:pPr>
        <w:jc w:val="both"/>
      </w:pPr>
      <w:r>
        <w:rPr>
          <w:b/>
        </w:rPr>
        <w:t>CUI: S83001710173202600008</w:t>
      </w:r>
    </w:p>
    <w:p w14:paraId="1417CEAE" w14:textId="77777777" w:rsidR="000166F5" w:rsidRDefault="000166F5">
      <w:pPr>
        <w:jc w:val="both"/>
      </w:pPr>
    </w:p>
    <w:p w14:paraId="7060932B" w14:textId="77777777" w:rsidR="000166F5" w:rsidRPr="009F77E3" w:rsidRDefault="00000000">
      <w:pPr>
        <w:jc w:val="both"/>
        <w:rPr>
          <w:lang w:val="it-IT"/>
        </w:rPr>
      </w:pPr>
      <w:r w:rsidRPr="009F77E3">
        <w:rPr>
          <w:lang w:val="it-IT"/>
        </w:rPr>
        <w:t xml:space="preserve">__l__ </w:t>
      </w:r>
      <w:proofErr w:type="spellStart"/>
      <w:r w:rsidRPr="009F77E3">
        <w:rPr>
          <w:lang w:val="it-IT"/>
        </w:rPr>
        <w:t>sottoscritt</w:t>
      </w:r>
      <w:proofErr w:type="spellEnd"/>
      <w:r w:rsidRPr="009F77E3">
        <w:rPr>
          <w:lang w:val="it-IT"/>
        </w:rPr>
        <w:t xml:space="preserve">__ ______________________________________________ </w:t>
      </w:r>
      <w:proofErr w:type="spellStart"/>
      <w:r w:rsidRPr="009F77E3">
        <w:rPr>
          <w:lang w:val="it-IT"/>
        </w:rPr>
        <w:t>nat</w:t>
      </w:r>
      <w:proofErr w:type="spellEnd"/>
      <w:r w:rsidRPr="009F77E3">
        <w:rPr>
          <w:lang w:val="it-IT"/>
        </w:rPr>
        <w:t xml:space="preserve">__ il ______________ a ______________________________ C.F. ______________________, in qualità di legale rappresentante della società </w:t>
      </w:r>
      <w:proofErr w:type="gramStart"/>
      <w:r w:rsidRPr="009F77E3">
        <w:rPr>
          <w:lang w:val="it-IT"/>
        </w:rPr>
        <w:t>SE.VA.T.</w:t>
      </w:r>
      <w:proofErr w:type="gramEnd"/>
      <w:r w:rsidRPr="009F77E3">
        <w:rPr>
          <w:lang w:val="it-IT"/>
        </w:rPr>
        <w:t xml:space="preserve"> SERVIZI VALLE TROMPIA S.C.R.L., con sede in Gardone Val Trompia (BS), Via G. Matteotti n. 325, C.F./P.IVA 03849630987,</w:t>
      </w:r>
    </w:p>
    <w:p w14:paraId="43FACE09" w14:textId="77777777" w:rsidR="000166F5" w:rsidRPr="009F77E3" w:rsidRDefault="00000000">
      <w:pPr>
        <w:jc w:val="both"/>
        <w:rPr>
          <w:lang w:val="it-IT"/>
        </w:rPr>
      </w:pPr>
      <w:r w:rsidRPr="009F77E3">
        <w:rPr>
          <w:lang w:val="it-IT"/>
        </w:rPr>
        <w:t>vista la Richiesta di Offerta trasmessa dalla Comunità Montana di Valle Trompia tramite il portale di e-procurement TRASPARE ed esaminata la documentazione ivi richiamata,</w:t>
      </w:r>
    </w:p>
    <w:p w14:paraId="07BEFB07" w14:textId="77777777" w:rsidR="000166F5" w:rsidRPr="009F77E3" w:rsidRDefault="00000000">
      <w:pPr>
        <w:jc w:val="center"/>
        <w:rPr>
          <w:lang w:val="it-IT"/>
        </w:rPr>
      </w:pPr>
      <w:r w:rsidRPr="009F77E3">
        <w:rPr>
          <w:b/>
          <w:lang w:val="it-IT"/>
        </w:rPr>
        <w:t>OFFRE</w:t>
      </w:r>
    </w:p>
    <w:p w14:paraId="44B0E128" w14:textId="77777777" w:rsidR="000166F5" w:rsidRPr="009F77E3" w:rsidRDefault="00000000">
      <w:pPr>
        <w:jc w:val="both"/>
        <w:rPr>
          <w:lang w:val="it-IT"/>
        </w:rPr>
      </w:pPr>
      <w:r w:rsidRPr="009F77E3">
        <w:rPr>
          <w:lang w:val="it-IT"/>
        </w:rPr>
        <w:t>per il servizio in oggetto le seguenti condizioni:</w:t>
      </w:r>
    </w:p>
    <w:p w14:paraId="50BA9C6A" w14:textId="77777777" w:rsidR="000166F5" w:rsidRPr="009F77E3" w:rsidRDefault="00000000">
      <w:pPr>
        <w:jc w:val="both"/>
        <w:rPr>
          <w:lang w:val="it-IT"/>
        </w:rPr>
      </w:pPr>
      <w:r w:rsidRPr="009F77E3">
        <w:rPr>
          <w:lang w:val="it-IT"/>
        </w:rPr>
        <w:t>________________________________________________________________________________</w:t>
      </w:r>
    </w:p>
    <w:p w14:paraId="220F6307" w14:textId="77777777" w:rsidR="000166F5" w:rsidRPr="009F77E3" w:rsidRDefault="00000000">
      <w:pPr>
        <w:jc w:val="both"/>
        <w:rPr>
          <w:lang w:val="it-IT"/>
        </w:rPr>
      </w:pPr>
      <w:r w:rsidRPr="009F77E3">
        <w:rPr>
          <w:lang w:val="it-IT"/>
        </w:rPr>
        <w:t>________________________________________________________________________________</w:t>
      </w:r>
    </w:p>
    <w:p w14:paraId="4356D930" w14:textId="77777777" w:rsidR="000166F5" w:rsidRPr="009F77E3" w:rsidRDefault="00000000">
      <w:pPr>
        <w:jc w:val="both"/>
        <w:rPr>
          <w:lang w:val="it-IT"/>
        </w:rPr>
      </w:pPr>
      <w:r w:rsidRPr="009F77E3">
        <w:rPr>
          <w:lang w:val="it-IT"/>
        </w:rPr>
        <w:t>________________________________________________________________________________</w:t>
      </w:r>
    </w:p>
    <w:p w14:paraId="273CB44B" w14:textId="77777777" w:rsidR="009F77E3" w:rsidRPr="009F77E3" w:rsidRDefault="009F77E3" w:rsidP="009F77E3">
      <w:pPr>
        <w:jc w:val="both"/>
        <w:rPr>
          <w:lang w:val="it-IT"/>
        </w:rPr>
      </w:pPr>
      <w:r w:rsidRPr="009F77E3">
        <w:rPr>
          <w:lang w:val="it-IT"/>
        </w:rPr>
        <w:t xml:space="preserve">DICHIARA, ai sensi dell’art. 11 del </w:t>
      </w:r>
      <w:proofErr w:type="spellStart"/>
      <w:r w:rsidRPr="009F77E3">
        <w:rPr>
          <w:lang w:val="it-IT"/>
        </w:rPr>
        <w:t>D.Lgs.</w:t>
      </w:r>
      <w:proofErr w:type="spellEnd"/>
      <w:r w:rsidRPr="009F77E3">
        <w:rPr>
          <w:lang w:val="it-IT"/>
        </w:rPr>
        <w:t xml:space="preserve"> n. 36/2023, che il contratto collettivo nazionale e territoriale applicato ai propri lavoratori è il seguente: ______________________________________ e che, ove differente da quello indicato dalla stazione appaltante, esso garantisce ai dipendenti tutele equivalenti ai sensi dell’art. 11, commi 3 e 4, del medesimo decreto.</w:t>
      </w:r>
    </w:p>
    <w:p w14:paraId="75D6D183" w14:textId="77777777" w:rsidR="000166F5" w:rsidRPr="009F77E3" w:rsidRDefault="000166F5">
      <w:pPr>
        <w:jc w:val="both"/>
        <w:rPr>
          <w:lang w:val="it-IT"/>
        </w:rPr>
      </w:pPr>
    </w:p>
    <w:p w14:paraId="4D308EF1" w14:textId="63601631" w:rsidR="000166F5" w:rsidRPr="009F77E3" w:rsidRDefault="009F77E3">
      <w:pPr>
        <w:jc w:val="both"/>
        <w:rPr>
          <w:lang w:val="it-IT"/>
        </w:rPr>
      </w:pPr>
      <w:r w:rsidRPr="009F77E3">
        <w:rPr>
          <w:lang w:val="it-IT"/>
        </w:rPr>
        <w:lastRenderedPageBreak/>
        <w:t>DICHIARA inoltre</w:t>
      </w:r>
      <w:r w:rsidR="00000000" w:rsidRPr="009F77E3">
        <w:rPr>
          <w:lang w:val="it-IT"/>
        </w:rPr>
        <w:t xml:space="preserve"> di accettare integralmente le condizioni contenute nella Richiesta di Offerta (Allegato A) e nello Schema di Contratto (Allegato B), ivi comprese l’articolazione dell’affidamento in due tranche, con efficacia della seconda tranche subordinata alla conferma delle risorse statali, e la clausola di adeguamento alle regole di rendicontazione.</w:t>
      </w:r>
    </w:p>
    <w:p w14:paraId="2E04449A" w14:textId="77777777" w:rsidR="009F77E3" w:rsidRDefault="009F77E3">
      <w:pPr>
        <w:jc w:val="both"/>
      </w:pPr>
    </w:p>
    <w:p w14:paraId="5AE8933C" w14:textId="77777777" w:rsidR="000166F5" w:rsidRDefault="000166F5">
      <w:pPr>
        <w:jc w:val="both"/>
      </w:pPr>
    </w:p>
    <w:p w14:paraId="27653CEA" w14:textId="77777777" w:rsidR="000166F5" w:rsidRDefault="00000000">
      <w:r>
        <w:t>Luogo e data: ________________________</w:t>
      </w:r>
    </w:p>
    <w:p w14:paraId="71DEA7DC" w14:textId="77777777" w:rsidR="000166F5" w:rsidRDefault="00000000">
      <w:pPr>
        <w:jc w:val="right"/>
      </w:pPr>
      <w:r>
        <w:t>Documento firmato digitalmente</w:t>
      </w:r>
    </w:p>
    <w:p w14:paraId="05DA8E5F" w14:textId="77777777" w:rsidR="000166F5" w:rsidRDefault="00000000">
      <w:pPr>
        <w:jc w:val="right"/>
      </w:pPr>
      <w:r>
        <w:rPr>
          <w:sz w:val="20"/>
        </w:rPr>
        <w:t>(Documento informatico firmato digitalmente ai sensi del D.Lgs. 82/2005 s.m.i. e norme collegate, il quale sostituisce il documento cartaceo e la firma autografa)</w:t>
      </w:r>
    </w:p>
    <w:sectPr w:rsidR="000166F5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6A09C7" w14:textId="77777777" w:rsidR="00D5699C" w:rsidRDefault="00D5699C" w:rsidP="009F77E3">
      <w:pPr>
        <w:spacing w:after="0" w:line="240" w:lineRule="auto"/>
      </w:pPr>
      <w:r>
        <w:separator/>
      </w:r>
    </w:p>
  </w:endnote>
  <w:endnote w:type="continuationSeparator" w:id="0">
    <w:p w14:paraId="1A068DCA" w14:textId="77777777" w:rsidR="00D5699C" w:rsidRDefault="00D5699C" w:rsidP="009F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1AB1C1" w14:textId="77777777" w:rsidR="00D5699C" w:rsidRDefault="00D5699C" w:rsidP="009F77E3">
      <w:pPr>
        <w:spacing w:after="0" w:line="240" w:lineRule="auto"/>
      </w:pPr>
      <w:r>
        <w:separator/>
      </w:r>
    </w:p>
  </w:footnote>
  <w:footnote w:type="continuationSeparator" w:id="0">
    <w:p w14:paraId="0A18627D" w14:textId="77777777" w:rsidR="00D5699C" w:rsidRDefault="00D5699C" w:rsidP="009F7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7261879">
    <w:abstractNumId w:val="8"/>
  </w:num>
  <w:num w:numId="2" w16cid:durableId="814881795">
    <w:abstractNumId w:val="6"/>
  </w:num>
  <w:num w:numId="3" w16cid:durableId="260797042">
    <w:abstractNumId w:val="5"/>
  </w:num>
  <w:num w:numId="4" w16cid:durableId="1036346410">
    <w:abstractNumId w:val="4"/>
  </w:num>
  <w:num w:numId="5" w16cid:durableId="106047426">
    <w:abstractNumId w:val="7"/>
  </w:num>
  <w:num w:numId="6" w16cid:durableId="1663701491">
    <w:abstractNumId w:val="3"/>
  </w:num>
  <w:num w:numId="7" w16cid:durableId="921991672">
    <w:abstractNumId w:val="2"/>
  </w:num>
  <w:num w:numId="8" w16cid:durableId="1737582129">
    <w:abstractNumId w:val="1"/>
  </w:num>
  <w:num w:numId="9" w16cid:durableId="8844872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6F5"/>
    <w:rsid w:val="00034616"/>
    <w:rsid w:val="0006063C"/>
    <w:rsid w:val="0015074B"/>
    <w:rsid w:val="0029639D"/>
    <w:rsid w:val="00326F90"/>
    <w:rsid w:val="00910CD5"/>
    <w:rsid w:val="009F77E3"/>
    <w:rsid w:val="00AA1D8D"/>
    <w:rsid w:val="00B47730"/>
    <w:rsid w:val="00CB0664"/>
    <w:rsid w:val="00D569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C529D"/>
  <w14:defaultImageDpi w14:val="300"/>
  <w15:docId w15:val="{E78C2F48-090B-8047-AE87-088A98EF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Garamond" w:hAnsi="Garamond" w:cs="Garamond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Alessio Conforti</cp:lastModifiedBy>
  <cp:revision>2</cp:revision>
  <dcterms:created xsi:type="dcterms:W3CDTF">2013-12-23T23:15:00Z</dcterms:created>
  <dcterms:modified xsi:type="dcterms:W3CDTF">2026-07-28T10:38:00Z</dcterms:modified>
  <cp:category/>
</cp:coreProperties>
</file>